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400"/>
      </w:pPr>
      <w:r>
        <w:rPr>
          <w:rFonts w:ascii="Arial" w:hAnsi="Arial" w:eastAsia="Arial"/>
          <w:b/>
          <w:i w:val="0"/>
          <w:color w:val="1E3A5F"/>
          <w:sz w:val="20"/>
        </w:rPr>
        <w:t>IC Simulator</w:t>
      </w:r>
    </w:p>
    <w:p>
      <w:r>
        <w:rPr>
          <w:rFonts w:ascii="Georgia" w:hAnsi="Georgia" w:eastAsia="Georgia"/>
          <w:b/>
          <w:i w:val="0"/>
          <w:color w:val="121826"/>
          <w:sz w:val="56"/>
        </w:rPr>
        <w:t>Copperline HVAC Services</w:t>
      </w:r>
    </w:p>
    <w:p>
      <w:r>
        <w:rPr>
          <w:rFonts w:ascii="Arial" w:hAnsi="Arial" w:eastAsia="Arial"/>
          <w:b w:val="0"/>
          <w:i w:val="0"/>
          <w:color w:val="2A3140"/>
          <w:sz w:val="24"/>
        </w:rPr>
        <w:t>$150M first-lien term loan funding a private equity buyout, plus a $40M delayed-draw term loan for add-on acquisitions</w:t>
      </w:r>
    </w:p>
    <w:p>
      <w:pPr>
        <w:spacing w:before="360"/>
      </w:pPr>
      <w:r>
        <w:rPr>
          <w:rFonts w:ascii="Arial" w:hAnsi="Arial" w:eastAsia="Arial"/>
          <w:b/>
          <w:i w:val="0"/>
          <w:color w:val="1E3A5F"/>
          <w:sz w:val="22"/>
        </w:rPr>
        <w:t>Credit memo template · Standard level</w:t>
      </w:r>
    </w:p>
    <w:p>
      <w:r>
        <w:rPr>
          <w:rFonts w:ascii="Arial" w:hAnsi="Arial" w:eastAsia="Arial"/>
          <w:b w:val="0"/>
          <w:i w:val="0"/>
          <w:color w:val="5B6475"/>
          <w:sz w:val="20"/>
        </w:rPr>
        <w:t>Practice use only · fictional teaching case</w:t>
      </w:r>
    </w:p>
    <w:p>
      <w:r>
        <w:rPr>
          <w:rFonts w:ascii="Arial" w:hAnsi="Arial" w:eastAsia="Arial"/>
          <w:b w:val="0"/>
          <w:i w:val="0"/>
          <w:color w:val="5B6475"/>
          <w:sz w:val="20"/>
        </w:rPr>
        <w:t>October 2026</w:t>
      </w:r>
    </w:p>
    <w:p>
      <w:pPr>
        <w:spacing w:before="720"/>
      </w:pPr>
      <w:r>
        <w:rPr>
          <w:rFonts w:ascii="Arial" w:hAnsi="Arial" w:eastAsia="Arial"/>
          <w:b w:val="0"/>
          <w:i/>
          <w:color w:val="2A3140"/>
          <w:sz w:val="20"/>
        </w:rPr>
        <w:t>Fill it in and upload it under Supporting files. Your score always comes from your memo.</w:t>
      </w:r>
    </w:p>
    <w:p>
      <w:pPr>
        <w:spacing w:before="1200"/>
      </w:pPr>
      <w:r>
        <w:rPr>
          <w:rFonts w:ascii="Arial" w:hAnsi="Arial" w:eastAsia="Arial"/>
          <w:b w:val="0"/>
          <w:i w:val="0"/>
          <w:color w:val="5B6475"/>
          <w:sz w:val="16"/>
        </w:rPr>
        <w:t>Sources: a fictional teaching case written for IC Simulator. The company, figures and terms are invented for practice; any resemblance to a real company is coincidental.</w:t>
      </w:r>
    </w:p>
    <w:p>
      <w:pPr>
        <w:pageBreakBefore/>
        <w:tabs>
          <w:tab w:pos="1152" w:val="left"/>
        </w:tabs>
        <w:spacing w:after="40"/>
        <w:ind w:left="1152" w:hanging="1152"/>
      </w:pPr>
      <w:r>
        <w:rPr>
          <w:rFonts w:ascii="Arial" w:hAnsi="Arial" w:eastAsia="Arial"/>
          <w:b/>
          <w:i w:val="0"/>
          <w:color w:val="121826"/>
        </w:rPr>
        <w:t>To:</w:t>
        <w:tab/>
      </w:r>
      <w:r>
        <w:rPr>
          <w:rFonts w:ascii="Arial" w:hAnsi="Arial" w:eastAsia="Arial"/>
          <w:b w:val="0"/>
          <w:i w:val="0"/>
          <w:color w:val="2A3140"/>
        </w:rPr>
        <w:t>Investment Committee</w:t>
      </w:r>
    </w:p>
    <w:p>
      <w:pPr>
        <w:tabs>
          <w:tab w:pos="1152" w:val="left"/>
        </w:tabs>
        <w:spacing w:after="40"/>
        <w:ind w:left="1152" w:hanging="1152"/>
      </w:pPr>
      <w:r>
        <w:rPr>
          <w:rFonts w:ascii="Arial" w:hAnsi="Arial" w:eastAsia="Arial"/>
          <w:b/>
          <w:i w:val="0"/>
          <w:color w:val="121826"/>
        </w:rPr>
        <w:t>From:</w:t>
        <w:tab/>
      </w:r>
      <w:r>
        <w:rPr>
          <w:rFonts w:ascii="Arial" w:hAnsi="Arial" w:eastAsia="Arial"/>
          <w:b w:val="0"/>
          <w:i w:val="0"/>
          <w:color w:val="2A3140"/>
        </w:rPr>
        <w:t>[Your name]</w:t>
      </w:r>
    </w:p>
    <w:p>
      <w:pPr>
        <w:tabs>
          <w:tab w:pos="1152" w:val="left"/>
        </w:tabs>
        <w:spacing w:after="40"/>
        <w:ind w:left="1152" w:hanging="1152"/>
      </w:pPr>
      <w:r>
        <w:rPr>
          <w:rFonts w:ascii="Arial" w:hAnsi="Arial" w:eastAsia="Arial"/>
          <w:b/>
          <w:i w:val="0"/>
          <w:color w:val="121826"/>
        </w:rPr>
        <w:t>Date:</w:t>
        <w:tab/>
      </w:r>
      <w:r>
        <w:rPr>
          <w:rFonts w:ascii="Arial" w:hAnsi="Arial" w:eastAsia="Arial"/>
          <w:b w:val="0"/>
          <w:i w:val="0"/>
          <w:color w:val="2A3140"/>
        </w:rPr>
        <w:t>[Date]</w:t>
      </w:r>
    </w:p>
    <w:p>
      <w:pPr>
        <w:tabs>
          <w:tab w:pos="1152" w:val="left"/>
        </w:tabs>
        <w:spacing w:after="40"/>
        <w:ind w:left="1152" w:hanging="1152"/>
      </w:pPr>
      <w:r>
        <w:rPr>
          <w:rFonts w:ascii="Arial" w:hAnsi="Arial" w:eastAsia="Arial"/>
          <w:b/>
          <w:i w:val="0"/>
          <w:color w:val="121826"/>
        </w:rPr>
        <w:t>Re:</w:t>
        <w:tab/>
      </w:r>
      <w:r>
        <w:rPr>
          <w:rFonts w:ascii="Arial" w:hAnsi="Arial" w:eastAsia="Arial"/>
          <w:b w:val="0"/>
          <w:i w:val="0"/>
          <w:color w:val="2A3140"/>
        </w:rPr>
        <w:t>$150M first-lien term loan funding a private equity buyout, plus a $40M delayed-draw term loan for add-on acquisitions</w:t>
      </w:r>
    </w:p>
    <w:p>
      <w:pPr>
        <w:pBdr>
          <w:bottom w:val="single" w:sz="8" w:space="1" w:color="1E3A5F"/>
        </w:pBdr>
      </w:pPr>
    </w:p>
    <w:p>
      <w:pPr>
        <w:pStyle w:val="Heading1"/>
      </w:pPr>
      <w:r>
        <w:t>Transaction summary</w:t>
      </w:r>
    </w:p>
    <w:tbl>
      <w:tblPr>
        <w:tblW w:type="dxa" w:w="9360"/>
        <w:jc w:val="left"/>
        <w:tblBorders>
          <w:top w:val="single" w:sz="4" w:space="0" w:color="DDDCD4"/>
          <w:left w:val="single" w:sz="4" w:space="0" w:color="DDDCD4"/>
          <w:bottom w:val="single" w:sz="4" w:space="0" w:color="DDDCD4"/>
          <w:right w:val="single" w:sz="4" w:space="0" w:color="DDDCD4"/>
          <w:insideH w:val="single" w:sz="4" w:space="0" w:color="DDDCD4"/>
          <w:insideV w:val="single" w:sz="4" w:space="0" w:color="DDDCD4"/>
        </w:tblBorders>
        <w:tblLayout w:type="fixed"/>
        <w:tblLook w:firstColumn="1" w:firstRow="1" w:lastColumn="0" w:lastRow="0" w:noHBand="0" w:noVBand="1" w:val="04A0"/>
      </w:tblPr>
      <w:tblGrid>
        <w:gridCol w:w="2592"/>
        <w:gridCol w:w="6768"/>
      </w:tblGrid>
      <w:tr>
        <w:tc>
          <w:tcPr>
            <w:tcW w:type="dxa" w:w="2592"/>
            <w:shd w:val="clear" w:color="auto" w:fill="E4EAF3"/>
          </w:tcPr>
          <w:p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Item</w:t>
            </w:r>
          </w:p>
        </w:tc>
        <w:tc>
          <w:tcPr>
            <w:tcW w:type="dxa" w:w="6768"/>
            <w:shd w:val="clear" w:color="auto" w:fill="E4EAF3"/>
          </w:tcPr>
          <w:p>
            <w:pPr>
              <w:jc w:val="left"/>
            </w:pPr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Your entry</w:t>
            </w:r>
          </w:p>
        </w:tc>
      </w:tr>
      <w:tr>
        <w:tc>
          <w:tcPr>
            <w:tcW w:type="dxa" w:w="2592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Borrower</w:t>
            </w:r>
          </w:p>
        </w:tc>
        <w:tc>
          <w:tcPr>
            <w:tcW w:type="dxa" w:w="6768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2592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Facility</w:t>
            </w:r>
          </w:p>
        </w:tc>
        <w:tc>
          <w:tcPr>
            <w:tcW w:type="dxa" w:w="6768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2592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Size</w:t>
            </w:r>
          </w:p>
        </w:tc>
        <w:tc>
          <w:tcPr>
            <w:tcW w:type="dxa" w:w="6768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2592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Tenor</w:t>
            </w:r>
          </w:p>
        </w:tc>
        <w:tc>
          <w:tcPr>
            <w:tcW w:type="dxa" w:w="6768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2592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Pricing</w:t>
            </w:r>
          </w:p>
        </w:tc>
        <w:tc>
          <w:tcPr>
            <w:tcW w:type="dxa" w:w="6768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2592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Use of proceeds</w:t>
            </w:r>
          </w:p>
        </w:tc>
        <w:tc>
          <w:tcPr>
            <w:tcW w:type="dxa" w:w="6768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2592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Recommendation</w:t>
            </w:r>
          </w:p>
        </w:tc>
        <w:tc>
          <w:tcPr>
            <w:tcW w:type="dxa" w:w="6768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</w:tbl>
    <w:p>
      <w:pPr>
        <w:pStyle w:val="Heading1"/>
      </w:pPr>
      <w:r>
        <w:t>1. Executive summary and recommendation</w:t>
      </w:r>
    </w:p>
    <w:p>
      <w:r>
        <w:rPr>
          <w:rFonts w:ascii="Arial" w:hAnsi="Arial" w:eastAsia="Arial"/>
          <w:b w:val="0"/>
          <w:i/>
          <w:color w:val="5B6475"/>
        </w:rPr>
        <w:t>Would you lend on these terms, and why?</w:t>
      </w:r>
    </w:p>
    <w:p>
      <w:pPr>
        <w:spacing w:before="80"/>
      </w:pPr>
      <w:r>
        <w:rPr>
          <w:rFonts w:ascii="Arial" w:hAnsi="Arial" w:eastAsia="Arial"/>
          <w:b/>
          <w:i w:val="0"/>
          <w:color w:val="5B6475"/>
          <w:sz w:val="18"/>
        </w:rPr>
        <w:t xml:space="preserve">Suggested length: </w:t>
      </w:r>
      <w:r>
        <w:rPr>
          <w:rFonts w:ascii="Arial" w:hAnsi="Arial" w:eastAsia="Arial"/>
          <w:b w:val="0"/>
          <w:i w:val="0"/>
          <w:color w:val="5B6475"/>
          <w:sz w:val="18"/>
        </w:rPr>
        <w:t>One short paragraph.</w:t>
      </w:r>
    </w:p>
    <w:p>
      <w:r>
        <w:rPr>
          <w:rFonts w:ascii="Arial" w:hAnsi="Arial" w:eastAsia="Arial"/>
          <w:b/>
          <w:i w:val="0"/>
          <w:color w:val="5B6475"/>
          <w:sz w:val="18"/>
        </w:rPr>
        <w:t>Key credit metrics</w:t>
      </w:r>
    </w:p>
    <w:tbl>
      <w:tblPr>
        <w:tblW w:type="dxa" w:w="9360"/>
        <w:jc w:val="left"/>
        <w:tblBorders>
          <w:top w:val="single" w:sz="4" w:space="0" w:color="DDDCD4"/>
          <w:left w:val="single" w:sz="4" w:space="0" w:color="DDDCD4"/>
          <w:bottom w:val="single" w:sz="4" w:space="0" w:color="DDDCD4"/>
          <w:right w:val="single" w:sz="4" w:space="0" w:color="DDDCD4"/>
          <w:insideH w:val="single" w:sz="4" w:space="0" w:color="DDDCD4"/>
          <w:insideV w:val="single" w:sz="4" w:space="0" w:color="DDDCD4"/>
        </w:tblBorders>
        <w:tblLayout w:type="fixed"/>
        <w:tblLook w:firstColumn="1" w:firstRow="1" w:lastColumn="0" w:lastRow="0" w:noHBand="0" w:noVBand="1" w:val="04A0"/>
      </w:tblPr>
      <w:tblGrid>
        <w:gridCol w:w="4176"/>
        <w:gridCol w:w="2592"/>
        <w:gridCol w:w="2592"/>
      </w:tblGrid>
      <w:tr>
        <w:tc>
          <w:tcPr>
            <w:tcW w:type="dxa" w:w="4176"/>
            <w:shd w:val="clear" w:color="auto" w:fill="E4EAF3"/>
          </w:tcPr>
          <w:p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Metric</w:t>
            </w:r>
          </w:p>
        </w:tc>
        <w:tc>
          <w:tcPr>
            <w:tcW w:type="dxa" w:w="2592"/>
            <w:shd w:val="clear" w:color="auto" w:fill="E4EAF3"/>
          </w:tcPr>
          <w:p>
            <w:pPr>
              <w:jc w:val="left"/>
            </w:pPr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Base case</w:t>
            </w:r>
          </w:p>
        </w:tc>
        <w:tc>
          <w:tcPr>
            <w:tcW w:type="dxa" w:w="2592"/>
            <w:shd w:val="clear" w:color="auto" w:fill="E4EAF3"/>
          </w:tcPr>
          <w:p>
            <w:pPr>
              <w:jc w:val="left"/>
            </w:pPr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Downside</w:t>
            </w:r>
          </w:p>
        </w:tc>
      </w:tr>
      <w:tr>
        <w:tc>
          <w:tcPr>
            <w:tcW w:type="dxa" w:w="4176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Pro forma total leverage</w:t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4176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Interest coverage</w:t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4176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Fixed charge coverage</w:t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4176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Free cash flow</w:t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4176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Liquidity</w:t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4176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Covenant headroom</w:t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4176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Recovery for this facility</w:t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</w:tbl>
    <w:p/>
    <w:p>
      <w:pPr>
        <w:pStyle w:val="Heading1"/>
      </w:pPr>
      <w:r>
        <w:t>2. Sources and uses</w:t>
      </w:r>
    </w:p>
    <w:p>
      <w:r>
        <w:rPr>
          <w:rFonts w:ascii="Arial" w:hAnsi="Arial" w:eastAsia="Arial"/>
          <w:b w:val="0"/>
          <w:i/>
          <w:color w:val="5B6475"/>
        </w:rPr>
        <w:t>Show where the money comes from and where it goes. Both sides must total the same amount.</w:t>
      </w:r>
    </w:p>
    <w:p>
      <w:pPr>
        <w:spacing w:before="80"/>
      </w:pPr>
      <w:r>
        <w:rPr>
          <w:rFonts w:ascii="Arial" w:hAnsi="Arial" w:eastAsia="Arial"/>
          <w:b/>
          <w:i w:val="0"/>
          <w:color w:val="5B6475"/>
          <w:sz w:val="18"/>
        </w:rPr>
        <w:t xml:space="preserve">Suggested length: </w:t>
      </w:r>
      <w:r>
        <w:rPr>
          <w:rFonts w:ascii="Arial" w:hAnsi="Arial" w:eastAsia="Arial"/>
          <w:b w:val="0"/>
          <w:i w:val="0"/>
          <w:color w:val="5B6475"/>
          <w:sz w:val="18"/>
        </w:rPr>
        <w:t>The table, plus one sentence on pro forma debt.</w:t>
      </w:r>
    </w:p>
    <w:tbl>
      <w:tblPr>
        <w:tblW w:type="dxa" w:w="9360"/>
        <w:jc w:val="left"/>
        <w:tblBorders>
          <w:top w:val="single" w:sz="4" w:space="0" w:color="DDDCD4"/>
          <w:left w:val="single" w:sz="4" w:space="0" w:color="DDDCD4"/>
          <w:bottom w:val="single" w:sz="4" w:space="0" w:color="DDDCD4"/>
          <w:right w:val="single" w:sz="4" w:space="0" w:color="DDDCD4"/>
          <w:insideH w:val="single" w:sz="4" w:space="0" w:color="DDDCD4"/>
          <w:insideV w:val="single" w:sz="4" w:space="0" w:color="DDDCD4"/>
        </w:tblBorders>
        <w:tblLayout w:type="fixed"/>
        <w:tblLook w:firstColumn="1" w:firstRow="1" w:lastColumn="0" w:lastRow="0" w:noHBand="0" w:noVBand="1" w:val="04A0"/>
      </w:tblPr>
      <w:tblGrid>
        <w:gridCol w:w="3096"/>
        <w:gridCol w:w="1584"/>
        <w:gridCol w:w="3096"/>
        <w:gridCol w:w="1584"/>
      </w:tblGrid>
      <w:tr>
        <w:tc>
          <w:tcPr>
            <w:tcW w:type="dxa" w:w="3096"/>
            <w:shd w:val="clear" w:color="auto" w:fill="E4EAF3"/>
          </w:tcPr>
          <w:p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Sources</w:t>
            </w:r>
          </w:p>
        </w:tc>
        <w:tc>
          <w:tcPr>
            <w:tcW w:type="dxa" w:w="1584"/>
            <w:shd w:val="clear" w:color="auto" w:fill="E4EAF3"/>
          </w:tcPr>
          <w:p>
            <w:pPr>
              <w:jc w:val="left"/>
            </w:pPr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$M</w:t>
            </w:r>
          </w:p>
        </w:tc>
        <w:tc>
          <w:tcPr>
            <w:tcW w:type="dxa" w:w="3096"/>
            <w:shd w:val="clear" w:color="auto" w:fill="E4EAF3"/>
          </w:tcPr>
          <w:p>
            <w:pPr>
              <w:jc w:val="left"/>
            </w:pPr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Uses</w:t>
            </w:r>
          </w:p>
        </w:tc>
        <w:tc>
          <w:tcPr>
            <w:tcW w:type="dxa" w:w="1584"/>
            <w:shd w:val="clear" w:color="auto" w:fill="E4EAF3"/>
          </w:tcPr>
          <w:p>
            <w:pPr>
              <w:jc w:val="left"/>
            </w:pPr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$M</w:t>
            </w:r>
          </w:p>
        </w:tc>
      </w:tr>
      <w:tr>
        <w:tc>
          <w:tcPr>
            <w:tcW w:type="dxa" w:w="3096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</w:r>
          </w:p>
        </w:tc>
        <w:tc>
          <w:tcPr>
            <w:tcW w:type="dxa" w:w="1584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3096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1584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3096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</w:r>
          </w:p>
        </w:tc>
        <w:tc>
          <w:tcPr>
            <w:tcW w:type="dxa" w:w="1584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3096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1584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3096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</w:r>
          </w:p>
        </w:tc>
        <w:tc>
          <w:tcPr>
            <w:tcW w:type="dxa" w:w="1584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3096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1584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3096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</w:r>
          </w:p>
        </w:tc>
        <w:tc>
          <w:tcPr>
            <w:tcW w:type="dxa" w:w="1584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3096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1584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3096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Total sources</w:t>
            </w:r>
          </w:p>
        </w:tc>
        <w:tc>
          <w:tcPr>
            <w:tcW w:type="dxa" w:w="1584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3096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Total uses</w:t>
            </w:r>
          </w:p>
        </w:tc>
        <w:tc>
          <w:tcPr>
            <w:tcW w:type="dxa" w:w="1584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</w:tbl>
    <w:p/>
    <w:p>
      <w:pPr>
        <w:pStyle w:val="Heading1"/>
      </w:pPr>
      <w:r>
        <w:t>3. Company and industry</w:t>
      </w:r>
    </w:p>
    <w:p>
      <w:r>
        <w:rPr>
          <w:rFonts w:ascii="Arial" w:hAnsi="Arial" w:eastAsia="Arial"/>
          <w:b w:val="0"/>
          <w:i/>
          <w:color w:val="5B6475"/>
        </w:rPr>
        <w:t>Explain what the company does, how it makes money and what drives its cash flow.</w:t>
      </w:r>
    </w:p>
    <w:p>
      <w:pPr>
        <w:spacing w:before="80"/>
      </w:pPr>
      <w:r>
        <w:rPr>
          <w:rFonts w:ascii="Arial" w:hAnsi="Arial" w:eastAsia="Arial"/>
          <w:b/>
          <w:i w:val="0"/>
          <w:color w:val="5B6475"/>
          <w:sz w:val="18"/>
        </w:rPr>
        <w:t xml:space="preserve">Suggested length: </w:t>
      </w:r>
      <w:r>
        <w:rPr>
          <w:rFonts w:ascii="Arial" w:hAnsi="Arial" w:eastAsia="Arial"/>
          <w:b w:val="0"/>
          <w:i w:val="0"/>
          <w:color w:val="5B6475"/>
          <w:sz w:val="18"/>
        </w:rPr>
        <w:t>One short paragraph.</w:t>
      </w:r>
    </w:p>
    <w:p>
      <w:pPr>
        <w:pStyle w:val="Heading1"/>
      </w:pPr>
      <w:r>
        <w:t>4. Financial analysis</w:t>
      </w:r>
    </w:p>
    <w:p>
      <w:r>
        <w:rPr>
          <w:rFonts w:ascii="Arial" w:hAnsi="Arial" w:eastAsia="Arial"/>
          <w:b w:val="0"/>
          <w:i/>
          <w:color w:val="5B6475"/>
        </w:rPr>
        <w:t>Calculate leverage, coverage and free cash flow, and choose which EBITDA to use.</w:t>
      </w:r>
    </w:p>
    <w:p>
      <w:pPr>
        <w:spacing w:before="80"/>
      </w:pPr>
      <w:r>
        <w:rPr>
          <w:rFonts w:ascii="Arial" w:hAnsi="Arial" w:eastAsia="Arial"/>
          <w:b/>
          <w:i w:val="0"/>
          <w:color w:val="5B6475"/>
          <w:sz w:val="18"/>
        </w:rPr>
        <w:t xml:space="preserve">Suggested length: </w:t>
      </w:r>
      <w:r>
        <w:rPr>
          <w:rFonts w:ascii="Arial" w:hAnsi="Arial" w:eastAsia="Arial"/>
          <w:b w:val="0"/>
          <w:i w:val="0"/>
          <w:color w:val="5B6475"/>
          <w:sz w:val="18"/>
        </w:rPr>
        <w:t>About half a page.</w:t>
      </w:r>
    </w:p>
    <w:p>
      <w:r>
        <w:rPr>
          <w:rFonts w:ascii="Arial" w:hAnsi="Arial" w:eastAsia="Arial"/>
          <w:b/>
          <w:i w:val="0"/>
          <w:color w:val="5B6475"/>
          <w:sz w:val="18"/>
        </w:rPr>
        <w:t>Case historicals (from the case packet)</w:t>
      </w:r>
    </w:p>
    <w:tbl>
      <w:tblPr>
        <w:tblW w:type="dxa" w:w="9360"/>
        <w:jc w:val="left"/>
        <w:tblBorders>
          <w:top w:val="single" w:sz="4" w:space="0" w:color="DDDCD4"/>
          <w:left w:val="single" w:sz="4" w:space="0" w:color="DDDCD4"/>
          <w:bottom w:val="single" w:sz="4" w:space="0" w:color="DDDCD4"/>
          <w:right w:val="single" w:sz="4" w:space="0" w:color="DDDCD4"/>
          <w:insideH w:val="single" w:sz="4" w:space="0" w:color="DDDCD4"/>
          <w:insideV w:val="single" w:sz="4" w:space="0" w:color="DDDCD4"/>
        </w:tblBorders>
        <w:tblLayout w:type="fixed"/>
        <w:tblLook w:firstColumn="1" w:firstRow="1" w:lastColumn="0" w:lastRow="0" w:noHBand="0" w:noVBand="1" w:val="04A0"/>
      </w:tblPr>
      <w:tblGrid>
        <w:gridCol w:w="3312"/>
        <w:gridCol w:w="1512"/>
        <w:gridCol w:w="1512"/>
        <w:gridCol w:w="1512"/>
        <w:gridCol w:w="1512"/>
      </w:tblGrid>
      <w:tr>
        <w:tc>
          <w:tcPr>
            <w:tcW w:type="dxa" w:w="3312"/>
            <w:shd w:val="clear" w:color="auto" w:fill="E4EAF3"/>
          </w:tcPr>
          <w:p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</w:r>
          </w:p>
        </w:tc>
        <w:tc>
          <w:tcPr>
            <w:tcW w:type="dxa" w:w="1512"/>
            <w:shd w:val="clear" w:color="auto" w:fill="E4EAF3"/>
          </w:tcPr>
          <w:p>
            <w:pPr>
              <w:jc w:val="right"/>
            </w:pPr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FY2022</w:t>
            </w:r>
          </w:p>
        </w:tc>
        <w:tc>
          <w:tcPr>
            <w:tcW w:type="dxa" w:w="1512"/>
            <w:shd w:val="clear" w:color="auto" w:fill="E4EAF3"/>
          </w:tcPr>
          <w:p>
            <w:pPr>
              <w:jc w:val="right"/>
            </w:pPr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FY2023</w:t>
            </w:r>
          </w:p>
        </w:tc>
        <w:tc>
          <w:tcPr>
            <w:tcW w:type="dxa" w:w="1512"/>
            <w:shd w:val="clear" w:color="auto" w:fill="E4EAF3"/>
          </w:tcPr>
          <w:p>
            <w:pPr>
              <w:jc w:val="right"/>
            </w:pPr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FY2024</w:t>
            </w:r>
          </w:p>
        </w:tc>
        <w:tc>
          <w:tcPr>
            <w:tcW w:type="dxa" w:w="1512"/>
            <w:shd w:val="clear" w:color="auto" w:fill="E4EAF3"/>
          </w:tcPr>
          <w:p>
            <w:pPr>
              <w:jc w:val="right"/>
            </w:pPr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FY2025</w:t>
            </w:r>
          </w:p>
        </w:tc>
      </w:tr>
      <w:tr>
        <w:tc>
          <w:tcPr>
            <w:tcW w:type="dxa" w:w="3312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Revenue ($M)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182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205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226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241</w:t>
            </w:r>
          </w:p>
        </w:tc>
      </w:tr>
      <w:tr>
        <w:tc>
          <w:tcPr>
            <w:tcW w:type="dxa" w:w="3312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EBITDA, reported ($M)</w:t>
            </w:r>
          </w:p>
        </w:tc>
        <w:tc>
          <w:tcPr>
            <w:tcW w:type="dxa" w:w="1512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22.5</w:t>
            </w:r>
          </w:p>
        </w:tc>
        <w:tc>
          <w:tcPr>
            <w:tcW w:type="dxa" w:w="1512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26</w:t>
            </w:r>
          </w:p>
        </w:tc>
        <w:tc>
          <w:tcPr>
            <w:tcW w:type="dxa" w:w="1512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29.5</w:t>
            </w:r>
          </w:p>
        </w:tc>
        <w:tc>
          <w:tcPr>
            <w:tcW w:type="dxa" w:w="1512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32</w:t>
            </w:r>
          </w:p>
        </w:tc>
      </w:tr>
      <w:tr>
        <w:tc>
          <w:tcPr>
            <w:tcW w:type="dxa" w:w="3312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EBITDA margin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12.4%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12.7%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13.1%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13.3%</w:t>
            </w:r>
          </w:p>
        </w:tc>
      </w:tr>
      <w:tr>
        <w:tc>
          <w:tcPr>
            <w:tcW w:type="dxa" w:w="3312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Capex ($M)</w:t>
            </w:r>
          </w:p>
        </w:tc>
        <w:tc>
          <w:tcPr>
            <w:tcW w:type="dxa" w:w="1512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3</w:t>
            </w:r>
          </w:p>
        </w:tc>
        <w:tc>
          <w:tcPr>
            <w:tcW w:type="dxa" w:w="1512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3.4</w:t>
            </w:r>
          </w:p>
        </w:tc>
        <w:tc>
          <w:tcPr>
            <w:tcW w:type="dxa" w:w="1512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3.8</w:t>
            </w:r>
          </w:p>
        </w:tc>
        <w:tc>
          <w:tcPr>
            <w:tcW w:type="dxa" w:w="1512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4</w:t>
            </w:r>
          </w:p>
        </w:tc>
      </w:tr>
      <w:tr>
        <w:tc>
          <w:tcPr>
            <w:tcW w:type="dxa" w:w="3312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Cash taxes after the buyout, estimated ($M)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2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2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2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2</w:t>
            </w:r>
          </w:p>
        </w:tc>
      </w:tr>
      <w:tr>
        <w:tc>
          <w:tcPr>
            <w:tcW w:type="dxa" w:w="3312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Change in working capital ($M)</w:t>
            </w:r>
          </w:p>
        </w:tc>
        <w:tc>
          <w:tcPr>
            <w:tcW w:type="dxa" w:w="1512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(0.8)</w:t>
            </w:r>
          </w:p>
        </w:tc>
        <w:tc>
          <w:tcPr>
            <w:tcW w:type="dxa" w:w="1512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(1.2)</w:t>
            </w:r>
          </w:p>
        </w:tc>
        <w:tc>
          <w:tcPr>
            <w:tcW w:type="dxa" w:w="1512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(0.9)</w:t>
            </w:r>
          </w:p>
        </w:tc>
        <w:tc>
          <w:tcPr>
            <w:tcW w:type="dxa" w:w="1512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(1)</w:t>
            </w:r>
          </w:p>
        </w:tc>
      </w:tr>
    </w:tbl>
    <w:p/>
    <w:p>
      <w:pPr>
        <w:pStyle w:val="Heading1"/>
      </w:pPr>
      <w:r>
        <w:t>5. Projections: base and downside</w:t>
      </w:r>
    </w:p>
    <w:p>
      <w:r>
        <w:rPr>
          <w:rFonts w:ascii="Arial" w:hAnsi="Arial" w:eastAsia="Arial"/>
          <w:b w:val="0"/>
          <w:i/>
          <w:color w:val="5B6475"/>
        </w:rPr>
        <w:t>Run the downside in the case questions and compare it with the covenant.</w:t>
      </w:r>
    </w:p>
    <w:p>
      <w:pPr>
        <w:spacing w:before="80"/>
      </w:pPr>
      <w:r>
        <w:rPr>
          <w:rFonts w:ascii="Arial" w:hAnsi="Arial" w:eastAsia="Arial"/>
          <w:b/>
          <w:i w:val="0"/>
          <w:color w:val="5B6475"/>
          <w:sz w:val="18"/>
        </w:rPr>
        <w:t xml:space="preserve">Suggested length: </w:t>
      </w:r>
      <w:r>
        <w:rPr>
          <w:rFonts w:ascii="Arial" w:hAnsi="Arial" w:eastAsia="Arial"/>
          <w:b w:val="0"/>
          <w:i w:val="0"/>
          <w:color w:val="5B6475"/>
          <w:sz w:val="18"/>
        </w:rPr>
        <w:t>A few short paragraphs.</w:t>
      </w:r>
    </w:p>
    <w:p>
      <w:pPr>
        <w:pStyle w:val="Heading1"/>
      </w:pPr>
      <w:r>
        <w:t>6. Structure, terms and covenants</w:t>
      </w:r>
    </w:p>
    <w:p>
      <w:r>
        <w:rPr>
          <w:rFonts w:ascii="Arial" w:hAnsi="Arial" w:eastAsia="Arial"/>
          <w:b w:val="0"/>
          <w:i/>
          <w:color w:val="5B6475"/>
        </w:rPr>
        <w:t>Do the terms protect the lender, and what would you change?</w:t>
      </w:r>
    </w:p>
    <w:p>
      <w:pPr>
        <w:spacing w:before="80"/>
      </w:pPr>
      <w:r>
        <w:rPr>
          <w:rFonts w:ascii="Arial" w:hAnsi="Arial" w:eastAsia="Arial"/>
          <w:b/>
          <w:i w:val="0"/>
          <w:color w:val="5B6475"/>
          <w:sz w:val="18"/>
        </w:rPr>
        <w:t xml:space="preserve">Suggested length: </w:t>
      </w:r>
      <w:r>
        <w:rPr>
          <w:rFonts w:ascii="Arial" w:hAnsi="Arial" w:eastAsia="Arial"/>
          <w:b w:val="0"/>
          <w:i w:val="0"/>
          <w:color w:val="5B6475"/>
          <w:sz w:val="18"/>
        </w:rPr>
        <w:t>A few short paragraphs.</w:t>
      </w:r>
    </w:p>
    <w:p>
      <w:r>
        <w:rPr>
          <w:rFonts w:ascii="Arial" w:hAnsi="Arial" w:eastAsia="Arial"/>
          <w:b/>
          <w:i w:val="0"/>
          <w:color w:val="5B6475"/>
          <w:sz w:val="18"/>
        </w:rPr>
        <w:t>Proposed terms (from the case packet)</w:t>
      </w:r>
    </w:p>
    <w:tbl>
      <w:tblPr>
        <w:tblW w:type="dxa" w:w="9360"/>
        <w:jc w:val="left"/>
        <w:tblBorders>
          <w:top w:val="single" w:sz="4" w:space="0" w:color="DDDCD4"/>
          <w:left w:val="single" w:sz="4" w:space="0" w:color="DDDCD4"/>
          <w:bottom w:val="single" w:sz="4" w:space="0" w:color="DDDCD4"/>
          <w:right w:val="single" w:sz="4" w:space="0" w:color="DDDCD4"/>
          <w:insideH w:val="single" w:sz="4" w:space="0" w:color="DDDCD4"/>
          <w:insideV w:val="single" w:sz="4" w:space="0" w:color="DDDCD4"/>
        </w:tblBorders>
        <w:tblLayout w:type="fixed"/>
        <w:tblLook w:firstColumn="1" w:firstRow="1" w:lastColumn="0" w:lastRow="0" w:noHBand="0" w:noVBand="1" w:val="04A0"/>
      </w:tblPr>
      <w:tblGrid>
        <w:gridCol w:w="2592"/>
        <w:gridCol w:w="6768"/>
      </w:tblGrid>
      <w:tr>
        <w:tc>
          <w:tcPr>
            <w:tcW w:type="dxa" w:w="2592"/>
            <w:shd w:val="clear" w:color="auto" w:fill="E4EAF3"/>
          </w:tcPr>
          <w:p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Term</w:t>
            </w:r>
          </w:p>
        </w:tc>
        <w:tc>
          <w:tcPr>
            <w:tcW w:type="dxa" w:w="6768"/>
            <w:shd w:val="clear" w:color="auto" w:fill="E4EAF3"/>
          </w:tcPr>
          <w:p>
            <w:pPr>
              <w:jc w:val="left"/>
            </w:pPr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Proposed</w:t>
            </w:r>
          </w:p>
        </w:tc>
      </w:tr>
      <w:tr>
        <w:tc>
          <w:tcPr>
            <w:tcW w:type="dxa" w:w="2592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Facilities</w:t>
            </w:r>
          </w:p>
        </w:tc>
        <w:tc>
          <w:tcPr>
            <w:tcW w:type="dxa" w:w="6768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$150M first-lien term loan, drawn at closing; $40M delayed-draw term loan for acquisitions, available for 24 months</w:t>
            </w:r>
          </w:p>
        </w:tc>
      </w:tr>
      <w:tr>
        <w:tc>
          <w:tcPr>
            <w:tcW w:type="dxa" w:w="2592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Sources and uses</w:t>
            </w:r>
          </w:p>
        </w:tc>
        <w:tc>
          <w:tcPr>
            <w:tcW w:type="dxa" w:w="6768"/>
            <w:shd w:val="clear" w:color="auto" w:fill="FAFAF7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Sources: term loan $150M, Bluestem equity $140M. Uses: purchase price $280M, fees $7M, cash to the balance sheet $3M</w:t>
            </w:r>
          </w:p>
        </w:tc>
      </w:tr>
      <w:tr>
        <w:tc>
          <w:tcPr>
            <w:tcW w:type="dxa" w:w="2592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Tenor</w:t>
            </w:r>
          </w:p>
        </w:tc>
        <w:tc>
          <w:tcPr>
            <w:tcW w:type="dxa" w:w="6768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6 years (2032)</w:t>
            </w:r>
          </w:p>
        </w:tc>
      </w:tr>
      <w:tr>
        <w:tc>
          <w:tcPr>
            <w:tcW w:type="dxa" w:w="2592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Pricing</w:t>
            </w:r>
          </w:p>
        </w:tc>
        <w:tc>
          <w:tcPr>
            <w:tcW w:type="dxa" w:w="6768"/>
            <w:shd w:val="clear" w:color="auto" w:fill="FAFAF7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SOFR + 525 bp, 0.75% SOFR floor, 98.0 OID; the DDTL costs 1.0% a year on undrawn amounts</w:t>
            </w:r>
          </w:p>
        </w:tc>
      </w:tr>
      <w:tr>
        <w:tc>
          <w:tcPr>
            <w:tcW w:type="dxa" w:w="2592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Amortization</w:t>
            </w:r>
          </w:p>
        </w:tc>
        <w:tc>
          <w:tcPr>
            <w:tcW w:type="dxa" w:w="6768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1% a year</w:t>
            </w:r>
          </w:p>
        </w:tc>
      </w:tr>
      <w:tr>
        <w:tc>
          <w:tcPr>
            <w:tcW w:type="dxa" w:w="2592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Financial covenant</w:t>
            </w:r>
          </w:p>
        </w:tc>
        <w:tc>
          <w:tcPr>
            <w:tcW w:type="dxa" w:w="6768"/>
            <w:shd w:val="clear" w:color="auto" w:fill="FAFAF7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Maximum total net leverage 6.00x, tested quarterly, on 'Consolidated EBITDA' as defined</w:t>
            </w:r>
          </w:p>
        </w:tc>
      </w:tr>
      <w:tr>
        <w:tc>
          <w:tcPr>
            <w:tcW w:type="dxa" w:w="2592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EBITDA definition</w:t>
            </w:r>
          </w:p>
        </w:tc>
        <w:tc>
          <w:tcPr>
            <w:tcW w:type="dxa" w:w="6768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Allows add-backs for owner pay, expected cost savings (up to 20% of EBITDA, realized within 24 months) and pro forma EBITDA of acquired businesses</w:t>
            </w:r>
          </w:p>
        </w:tc>
      </w:tr>
      <w:tr>
        <w:tc>
          <w:tcPr>
            <w:tcW w:type="dxa" w:w="2592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DDTL conditions</w:t>
            </w:r>
          </w:p>
        </w:tc>
        <w:tc>
          <w:tcPr>
            <w:tcW w:type="dxa" w:w="6768"/>
            <w:shd w:val="clear" w:color="auto" w:fill="FAFAF7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Each draw needs pro forma total leverage at or below 5.25x after the acquisition</w:t>
            </w:r>
          </w:p>
        </w:tc>
      </w:tr>
      <w:tr>
        <w:tc>
          <w:tcPr>
            <w:tcW w:type="dxa" w:w="2592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Pricing context</w:t>
            </w:r>
          </w:p>
        </w:tc>
        <w:tc>
          <w:tcPr>
            <w:tcW w:type="dxa" w:w="6768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Sponsor-backed first-lien loans to $25–50M EBITDA services companies recently priced at SOFR + 475 to 575 bp</w:t>
            </w:r>
          </w:p>
        </w:tc>
      </w:tr>
    </w:tbl>
    <w:p/>
    <w:p>
      <w:pPr>
        <w:pStyle w:val="Heading1"/>
      </w:pPr>
      <w:r>
        <w:t>7. Collateral and recovery</w:t>
      </w:r>
    </w:p>
    <w:p>
      <w:r>
        <w:rPr>
          <w:rFonts w:ascii="Arial" w:hAnsi="Arial" w:eastAsia="Arial"/>
          <w:b w:val="0"/>
          <w:i/>
          <w:color w:val="5B6475"/>
        </w:rPr>
        <w:t>Estimate what the lender recovers if the borrower defaults.</w:t>
      </w:r>
    </w:p>
    <w:p>
      <w:pPr>
        <w:spacing w:before="80"/>
      </w:pPr>
      <w:r>
        <w:rPr>
          <w:rFonts w:ascii="Arial" w:hAnsi="Arial" w:eastAsia="Arial"/>
          <w:b/>
          <w:i w:val="0"/>
          <w:color w:val="5B6475"/>
          <w:sz w:val="18"/>
        </w:rPr>
        <w:t xml:space="preserve">Suggested length: </w:t>
      </w:r>
      <w:r>
        <w:rPr>
          <w:rFonts w:ascii="Arial" w:hAnsi="Arial" w:eastAsia="Arial"/>
          <w:b w:val="0"/>
          <w:i w:val="0"/>
          <w:color w:val="5B6475"/>
          <w:sz w:val="18"/>
        </w:rPr>
        <w:t>One short paragraph.</w:t>
      </w:r>
    </w:p>
    <w:p>
      <w:pPr>
        <w:pStyle w:val="Heading1"/>
      </w:pPr>
      <w:r>
        <w:t>8. Key risks and mitigants</w:t>
      </w:r>
    </w:p>
    <w:p>
      <w:r>
        <w:rPr>
          <w:rFonts w:ascii="Arial" w:hAnsi="Arial" w:eastAsia="Arial"/>
          <w:b w:val="0"/>
          <w:i/>
          <w:color w:val="5B6475"/>
        </w:rPr>
        <w:t>Which risks matter most, and how would each reach cash flow?</w:t>
      </w:r>
    </w:p>
    <w:p>
      <w:pPr>
        <w:spacing w:before="80"/>
      </w:pPr>
      <w:r>
        <w:rPr>
          <w:rFonts w:ascii="Arial" w:hAnsi="Arial" w:eastAsia="Arial"/>
          <w:b/>
          <w:i w:val="0"/>
          <w:color w:val="5B6475"/>
          <w:sz w:val="18"/>
        </w:rPr>
        <w:t xml:space="preserve">Suggested length: </w:t>
      </w:r>
      <w:r>
        <w:rPr>
          <w:rFonts w:ascii="Arial" w:hAnsi="Arial" w:eastAsia="Arial"/>
          <w:b w:val="0"/>
          <w:i w:val="0"/>
          <w:color w:val="5B6475"/>
          <w:sz w:val="18"/>
        </w:rPr>
        <w:t>About half a page.</w:t>
      </w:r>
    </w:p>
    <w:p>
      <w:pPr>
        <w:pStyle w:val="Heading1"/>
      </w:pPr>
      <w:r>
        <w:t>9. Relative value and pricing</w:t>
      </w:r>
    </w:p>
    <w:p>
      <w:r>
        <w:rPr>
          <w:rFonts w:ascii="Arial" w:hAnsi="Arial" w:eastAsia="Arial"/>
          <w:b w:val="0"/>
          <w:i/>
          <w:color w:val="5B6475"/>
        </w:rPr>
        <w:t>Say whether the lender is paid enough for the risk.</w:t>
      </w:r>
    </w:p>
    <w:p>
      <w:pPr>
        <w:spacing w:before="80"/>
      </w:pPr>
      <w:r>
        <w:rPr>
          <w:rFonts w:ascii="Arial" w:hAnsi="Arial" w:eastAsia="Arial"/>
          <w:b/>
          <w:i w:val="0"/>
          <w:color w:val="5B6475"/>
          <w:sz w:val="18"/>
        </w:rPr>
        <w:t xml:space="preserve">Suggested length: </w:t>
      </w:r>
      <w:r>
        <w:rPr>
          <w:rFonts w:ascii="Arial" w:hAnsi="Arial" w:eastAsia="Arial"/>
          <w:b w:val="0"/>
          <w:i w:val="0"/>
          <w:color w:val="5B6475"/>
          <w:sz w:val="18"/>
        </w:rPr>
        <w:t>Two or three sentences.</w:t>
      </w:r>
    </w:p>
    <w:p>
      <w:pPr>
        <w:pStyle w:val="Heading1"/>
      </w:pPr>
      <w:r>
        <w:t>10. Conditions and walk-away</w:t>
      </w:r>
    </w:p>
    <w:p>
      <w:r>
        <w:rPr>
          <w:rFonts w:ascii="Arial" w:hAnsi="Arial" w:eastAsia="Arial"/>
          <w:b w:val="0"/>
          <w:i/>
          <w:color w:val="5B6475"/>
        </w:rPr>
        <w:t>State your position and the conditions it depends on.</w:t>
      </w:r>
    </w:p>
    <w:p>
      <w:pPr>
        <w:spacing w:before="80"/>
      </w:pPr>
      <w:r>
        <w:rPr>
          <w:rFonts w:ascii="Arial" w:hAnsi="Arial" w:eastAsia="Arial"/>
          <w:b/>
          <w:i w:val="0"/>
          <w:color w:val="5B6475"/>
          <w:sz w:val="18"/>
        </w:rPr>
        <w:t xml:space="preserve">Suggested length: </w:t>
      </w:r>
      <w:r>
        <w:rPr>
          <w:rFonts w:ascii="Arial" w:hAnsi="Arial" w:eastAsia="Arial"/>
          <w:b w:val="0"/>
          <w:i w:val="0"/>
          <w:color w:val="5B6475"/>
          <w:sz w:val="18"/>
        </w:rPr>
        <w:t>One short paragraph.</w:t>
      </w:r>
    </w:p>
    <w:p>
      <w:pPr>
        <w:pStyle w:val="Heading1"/>
      </w:pPr>
      <w:r>
        <w:t>11. Appendix</w:t>
      </w:r>
    </w:p>
    <w:p>
      <w:r>
        <w:rPr>
          <w:rFonts w:ascii="Arial" w:hAnsi="Arial" w:eastAsia="Arial"/>
          <w:b w:val="0"/>
          <w:i w:val="0"/>
          <w:color w:val="5B6475"/>
          <w:sz w:val="18"/>
        </w:rPr>
        <w:t>Sources: a fictional teaching case written for IC Simulator. The company, figures and terms are invented for practice; any resemblance to a real company is coincidental.</w:t>
      </w:r>
    </w:p>
    <w:p>
      <w:r>
        <w:rPr>
          <w:rFonts w:ascii="Arial" w:hAnsi="Arial" w:eastAsia="Arial"/>
          <w:b w:val="0"/>
          <w:i/>
          <w:color w:val="5B6475"/>
        </w:rPr>
        <w:t>Put supporting detail here so the body of the memo stays short.</w:t>
      </w:r>
    </w:p>
    <w:p>
      <w:pPr>
        <w:spacing w:before="80"/>
      </w:pPr>
      <w:r>
        <w:rPr>
          <w:rFonts w:ascii="Arial" w:hAnsi="Arial" w:eastAsia="Arial"/>
          <w:b/>
          <w:i w:val="0"/>
          <w:color w:val="5B6475"/>
          <w:sz w:val="18"/>
        </w:rPr>
        <w:t xml:space="preserve">Suggested length: </w:t>
      </w:r>
      <w:r>
        <w:rPr>
          <w:rFonts w:ascii="Arial" w:hAnsi="Arial" w:eastAsia="Arial"/>
          <w:b w:val="0"/>
          <w:i w:val="0"/>
          <w:color w:val="5B6475"/>
          <w:sz w:val="18"/>
        </w:rPr>
        <w:t>As needed.</w:t>
      </w:r>
    </w:p>
    <w:p>
      <w:r>
        <w:rPr>
          <w:rFonts w:ascii="Arial" w:hAnsi="Arial" w:eastAsia="Arial"/>
          <w:b/>
          <w:i w:val="0"/>
          <w:color w:val="5B6475"/>
          <w:sz w:val="18"/>
        </w:rPr>
        <w:t>Management adjusted EBITDA (FY2025, $M) (from the case packet)</w:t>
      </w:r>
    </w:p>
    <w:tbl>
      <w:tblPr>
        <w:tblW w:type="dxa" w:w="9360"/>
        <w:jc w:val="left"/>
        <w:tblBorders>
          <w:top w:val="single" w:sz="4" w:space="0" w:color="DDDCD4"/>
          <w:left w:val="single" w:sz="4" w:space="0" w:color="DDDCD4"/>
          <w:bottom w:val="single" w:sz="4" w:space="0" w:color="DDDCD4"/>
          <w:right w:val="single" w:sz="4" w:space="0" w:color="DDDCD4"/>
          <w:insideH w:val="single" w:sz="4" w:space="0" w:color="DDDCD4"/>
          <w:insideV w:val="single" w:sz="4" w:space="0" w:color="DDDCD4"/>
        </w:tblBorders>
        <w:tblLayout w:type="fixed"/>
        <w:tblLook w:firstColumn="1" w:firstRow="1" w:lastColumn="0" w:lastRow="0" w:noHBand="0" w:noVBand="1" w:val="04A0"/>
      </w:tblPr>
      <w:tblGrid>
        <w:gridCol w:w="5184"/>
        <w:gridCol w:w="4176"/>
      </w:tblGrid>
      <w:tr>
        <w:tc>
          <w:tcPr>
            <w:tcW w:type="dxa" w:w="5184"/>
            <w:shd w:val="clear" w:color="auto" w:fill="E4EAF3"/>
          </w:tcPr>
          <w:p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Item</w:t>
            </w:r>
          </w:p>
        </w:tc>
        <w:tc>
          <w:tcPr>
            <w:tcW w:type="dxa" w:w="4176"/>
            <w:shd w:val="clear" w:color="auto" w:fill="E4EAF3"/>
          </w:tcPr>
          <w:p>
            <w:pPr>
              <w:jc w:val="right"/>
            </w:pPr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Value</w:t>
            </w:r>
          </w:p>
        </w:tc>
      </w:tr>
      <w:tr>
        <w:tc>
          <w:tcPr>
            <w:tcW w:type="dxa" w:w="5184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Reported EBITDA</w:t>
            </w:r>
          </w:p>
        </w:tc>
        <w:tc>
          <w:tcPr>
            <w:tcW w:type="dxa" w:w="4176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32.0</w:t>
            </w:r>
          </w:p>
        </w:tc>
      </w:tr>
      <w:tr>
        <w:tc>
          <w:tcPr>
            <w:tcW w:type="dxa" w:w="5184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Founder pay above a market CEO salary</w:t>
            </w:r>
          </w:p>
        </w:tc>
        <w:tc>
          <w:tcPr>
            <w:tcW w:type="dxa" w:w="4176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1.2</w:t>
            </w:r>
          </w:p>
        </w:tc>
      </w:tr>
      <w:tr>
        <w:tc>
          <w:tcPr>
            <w:tcW w:type="dxa" w:w="5184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Expected savings from bulk equipment purchasing</w:t>
            </w:r>
          </w:p>
        </w:tc>
        <w:tc>
          <w:tcPr>
            <w:tcW w:type="dxa" w:w="4176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2.3 (not yet achieved)</w:t>
            </w:r>
          </w:p>
        </w:tc>
      </w:tr>
      <w:tr>
        <w:tc>
          <w:tcPr>
            <w:tcW w:type="dxa" w:w="5184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Adjusted EBITDA</w:t>
            </w:r>
          </w:p>
        </w:tc>
        <w:tc>
          <w:tcPr>
            <w:tcW w:type="dxa" w:w="4176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35.5</w:t>
            </w:r>
          </w:p>
        </w:tc>
      </w:tr>
    </w:tbl>
    <w:p/>
    <w:p>
      <w:r>
        <w:rPr>
          <w:rFonts w:ascii="Arial" w:hAnsi="Arial" w:eastAsia="Arial"/>
          <w:b/>
          <w:i w:val="0"/>
          <w:color w:val="5B6475"/>
          <w:sz w:val="18"/>
        </w:rPr>
        <w:t>Business mix (FY2025) (from the case packet)</w:t>
      </w:r>
    </w:p>
    <w:tbl>
      <w:tblPr>
        <w:tblW w:type="dxa" w:w="9360"/>
        <w:jc w:val="left"/>
        <w:tblBorders>
          <w:top w:val="single" w:sz="4" w:space="0" w:color="DDDCD4"/>
          <w:left w:val="single" w:sz="4" w:space="0" w:color="DDDCD4"/>
          <w:bottom w:val="single" w:sz="4" w:space="0" w:color="DDDCD4"/>
          <w:right w:val="single" w:sz="4" w:space="0" w:color="DDDCD4"/>
          <w:insideH w:val="single" w:sz="4" w:space="0" w:color="DDDCD4"/>
          <w:insideV w:val="single" w:sz="4" w:space="0" w:color="DDDCD4"/>
        </w:tblBorders>
        <w:tblLayout w:type="fixed"/>
        <w:tblLook w:firstColumn="1" w:firstRow="1" w:lastColumn="0" w:lastRow="0" w:noHBand="0" w:noVBand="1" w:val="04A0"/>
      </w:tblPr>
      <w:tblGrid>
        <w:gridCol w:w="5184"/>
        <w:gridCol w:w="4176"/>
      </w:tblGrid>
      <w:tr>
        <w:tc>
          <w:tcPr>
            <w:tcW w:type="dxa" w:w="5184"/>
            <w:shd w:val="clear" w:color="auto" w:fill="E4EAF3"/>
          </w:tcPr>
          <w:p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Item</w:t>
            </w:r>
          </w:p>
        </w:tc>
        <w:tc>
          <w:tcPr>
            <w:tcW w:type="dxa" w:w="4176"/>
            <w:shd w:val="clear" w:color="auto" w:fill="E4EAF3"/>
          </w:tcPr>
          <w:p>
            <w:pPr>
              <w:jc w:val="right"/>
            </w:pPr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Value</w:t>
            </w:r>
          </w:p>
        </w:tc>
      </w:tr>
      <w:tr>
        <w:tc>
          <w:tcPr>
            <w:tcW w:type="dxa" w:w="5184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System replacements</w:t>
            </w:r>
          </w:p>
        </w:tc>
        <w:tc>
          <w:tcPr>
            <w:tcW w:type="dxa" w:w="4176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60% of revenue; average ticket about $11,500; deferrable when households are under pressure</w:t>
            </w:r>
          </w:p>
        </w:tc>
      </w:tr>
      <w:tr>
        <w:tc>
          <w:tcPr>
            <w:tcW w:type="dxa" w:w="5184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Repairs and maintenance plans</w:t>
            </w:r>
          </w:p>
        </w:tc>
        <w:tc>
          <w:tcPr>
            <w:tcW w:type="dxa" w:w="4176"/>
            <w:shd w:val="clear" w:color="auto" w:fill="FAFAF7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40% of revenue; 35,000 plan members, about 85% renew each year</w:t>
            </w:r>
          </w:p>
        </w:tc>
      </w:tr>
      <w:tr>
        <w:tc>
          <w:tcPr>
            <w:tcW w:type="dxa" w:w="5184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Customers</w:t>
            </w:r>
          </w:p>
        </w:tc>
        <w:tc>
          <w:tcPr>
            <w:tcW w:type="dxa" w:w="4176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Over 90,000 households served in FY2025; no customer above 1% of revenue</w:t>
            </w:r>
          </w:p>
        </w:tc>
      </w:tr>
      <w:tr>
        <w:tc>
          <w:tcPr>
            <w:tcW w:type="dxa" w:w="5184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Technicians</w:t>
            </w:r>
          </w:p>
        </w:tc>
        <w:tc>
          <w:tcPr>
            <w:tcW w:type="dxa" w:w="4176"/>
            <w:shd w:val="clear" w:color="auto" w:fill="FAFAF7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410 licensed technicians; technician turnover 22% a year</w:t>
            </w:r>
          </w:p>
        </w:tc>
      </w:tr>
    </w:tbl>
    <w:p/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 w:eastAsia="Arial"/>
        <w:b w:val="0"/>
        <w:i w:val="0"/>
        <w:color w:val="5B6475"/>
        <w:sz w:val="16"/>
      </w:rPr>
      <w:t xml:space="preserve">IC Simulator · Copperline HVAC Services · Standard template · Practice use only · Page </w:t>
    </w:r>
    <w:fldSimple w:instr="PAGE">
      <w: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 w:eastAsia="Arial"/>
        <w:b w:val="0"/>
        <w:i w:val="0"/>
        <w:color w:val="5B6475"/>
        <w:sz w:val="16"/>
      </w:rPr>
      <w:t>Copperline HVAC Services · Credit memo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A314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Georgia" w:hAnsi="Georgia"/>
      <w:b/>
      <w:bCs/>
      <w:color w:val="121826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Georgia" w:hAnsi="Georgia"/>
      <w:b/>
      <w:bCs/>
      <w:color w:val="1E3A5F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Copperline HVAC Services – Memo template (Standard) v2</dc:title>
  <dc:subject>$150M first-lien term loan funding a private equity buyout, plus a $40M delayed-draw term loan for add-on acquisitions</dc:subject>
  <dc:creator>IC Simulator</dc:creator>
  <cp:keywords/>
  <dc:description>Fill it in and upload it under Supporting files. Your score always comes from your memo.</dc:description>
  <cp:lastModifiedBy>IC Simulator</cp:lastModifiedBy>
  <cp:revision>1</cp:revision>
  <dcterms:created xsi:type="dcterms:W3CDTF">2026-10-06T00:00:00Z</dcterms:created>
  <dcterms:modified xsi:type="dcterms:W3CDTF">2026-10-06T00:00:00Z</dcterms:modified>
  <cp:category/>
</cp:coreProperties>
</file>